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Leave Application (UAE): Annual, Sick and Emergency Leave Samples</w:t>
      </w:r>
    </w:p>
    <w:p>
      <w:r>
        <w:rPr>
          <w:i/>
        </w:rPr>
        <w:t>Three short templates. Send the application in writing before the leave starts, or as soon as possible for sick or emergency leave, and attach a medical report where it applies.</w:t>
      </w:r>
    </w:p>
    <w:p/>
    <w:p>
      <w:r>
        <w:rPr>
          <w:b/>
        </w:rPr>
        <w:t>1. Annual leave application</w:t>
      </w:r>
    </w:p>
    <w:p/>
    <w:p>
      <w:r>
        <w:t>Date: [DD/MM/YYYY]</w:t>
      </w:r>
    </w:p>
    <w:p>
      <w:r>
        <w:t>To: [Manager Name], [Title], [Company Name]</w:t>
      </w:r>
    </w:p>
    <w:p>
      <w:r>
        <w:t>From: [Your Full Name], [Employee ID], [Job Title]</w:t>
      </w:r>
    </w:p>
    <w:p/>
    <w:p>
      <w:r>
        <w:t>Subject: Annual leave application</w:t>
      </w:r>
    </w:p>
    <w:p/>
    <w:p>
      <w:r>
        <w:t>Dear [Manager Name],</w:t>
      </w:r>
    </w:p>
    <w:p/>
    <w:p>
      <w:r>
        <w:t>I would like to apply for [number] days of annual leave from [DD/MM/YYYY] to [DD/MM/YYYY], returning to work on [DD/MM/YYYY].</w:t>
      </w:r>
    </w:p>
    <w:p/>
    <w:p>
      <w:r>
        <w:t>During my absence, [Colleague Name] has agreed to cover [tasks]. I can be reached at [phone or email] for anything urgent.</w:t>
      </w:r>
    </w:p>
    <w:p/>
    <w:p>
      <w:r>
        <w:t>Kind regards,</w:t>
      </w:r>
    </w:p>
    <w:p>
      <w:r>
        <w:t>[Your Full Name]</w:t>
      </w:r>
    </w:p>
    <w:p/>
    <w:p>
      <w:r>
        <w:t>Approved by: [Name] | Signature: [Signature] | Date: [DD/MM/YYYY]</w:t>
      </w:r>
    </w:p>
    <w:p/>
    <w:p>
      <w:r>
        <w:rPr>
          <w:b/>
        </w:rPr>
        <w:t>2. Sick leave application</w:t>
      </w:r>
    </w:p>
    <w:p/>
    <w:p>
      <w:r>
        <w:t>Date: [DD/MM/YYYY]</w:t>
      </w:r>
    </w:p>
    <w:p>
      <w:r>
        <w:t>To: [Manager Name], [Title], [Company Name]</w:t>
      </w:r>
    </w:p>
    <w:p>
      <w:r>
        <w:t>From: [Your Full Name], [Employee ID], [Job Title]</w:t>
      </w:r>
    </w:p>
    <w:p/>
    <w:p>
      <w:r>
        <w:t>Subject: Sick leave application</w:t>
      </w:r>
    </w:p>
    <w:p/>
    <w:p>
      <w:r>
        <w:t>Dear [Manager Name],</w:t>
      </w:r>
    </w:p>
    <w:p/>
    <w:p>
      <w:r>
        <w:t>I was unable to work from [DD/MM/YYYY] because of illness and have been advised to rest until [DD/MM/YYYY]. I attach the medical report issued by [Clinic or Hospital Name].</w:t>
      </w:r>
    </w:p>
    <w:p/>
    <w:p>
      <w:r>
        <w:t>I expect to return to work on [DD/MM/YYYY]. Please let me know if you need anything further.</w:t>
      </w:r>
    </w:p>
    <w:p/>
    <w:p>
      <w:r>
        <w:t>Kind regards,</w:t>
      </w:r>
    </w:p>
    <w:p>
      <w:r>
        <w:t>[Your Full Name]</w:t>
      </w:r>
    </w:p>
    <w:p>
      <w:r>
        <w:t>Attachment: medical report dated [DD/MM/YYYY]</w:t>
      </w:r>
    </w:p>
    <w:p/>
    <w:p>
      <w:r>
        <w:rPr>
          <w:b/>
        </w:rPr>
        <w:t>3. Emergency or compassionate leave application</w:t>
      </w:r>
    </w:p>
    <w:p/>
    <w:p>
      <w:r>
        <w:t>Date: [DD/MM/YYYY]</w:t>
      </w:r>
    </w:p>
    <w:p>
      <w:r>
        <w:t>To: [Manager Name], [Title], [Company Name]</w:t>
      </w:r>
    </w:p>
    <w:p>
      <w:r>
        <w:t>From: [Your Full Name], [Employee ID], [Job Title]</w:t>
      </w:r>
    </w:p>
    <w:p/>
    <w:p>
      <w:r>
        <w:t>Subject: Application for [bereavement / emergency] leave</w:t>
      </w:r>
    </w:p>
    <w:p/>
    <w:p>
      <w:r>
        <w:t>Dear [Manager Name],</w:t>
      </w:r>
    </w:p>
    <w:p/>
    <w:p>
      <w:r>
        <w:t>Because of [brief reason], I need to take leave from [DD/MM/YYYY] to [DD/MM/YYYY]. I will return to work on [DD/MM/YYYY] and will keep you updated if anything changes.</w:t>
      </w:r>
    </w:p>
    <w:p/>
    <w:p>
      <w:r>
        <w:t>Kind regards,</w:t>
      </w:r>
    </w:p>
    <w:p>
      <w:r>
        <w:t>[Your Full Name]</w:t>
      </w:r>
    </w:p>
    <w:p/>
    <w:p>
      <w:r>
        <w:rPr>
          <w:sz w:val="16"/>
        </w:rPr>
        <w:t>This is a general sample for information only. It is not legal or tax advice and not an official government form. Adapt it to your contract, your records and your situation, and check current requirements with the relevant authority before use. Reviewed: 27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