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Quotation (UAE): Sample Price Offer</w:t>
      </w:r>
    </w:p>
    <w:p>
      <w:r>
        <w:rPr>
          <w:i/>
        </w:rPr>
        <w:t>Replace the bracketed parts, list each item on its own line, and state the validity date and the payment terms. The Excel version calculates the totals and the 5% VAT for you.</w:t>
      </w:r>
    </w:p>
    <w:p/>
    <w:p>
      <w:r>
        <w:t>[Company Name]</w:t>
      </w:r>
    </w:p>
    <w:p>
      <w:r>
        <w:t>[Address] | [Phone] | [Email]</w:t>
      </w:r>
    </w:p>
    <w:p>
      <w:r>
        <w:t>Trade licence number: [Number] | TRN: [15-digit TRN, if VAT registered]</w:t>
      </w:r>
    </w:p>
    <w:p/>
    <w:p>
      <w:r>
        <w:rPr>
          <w:b/>
        </w:rPr>
        <w:t>QUOTATION</w:t>
      </w:r>
    </w:p>
    <w:p>
      <w:r>
        <w:t>Quotation number: [Q-0001] | Date: [DD/MM/YYYY] | Valid until: [DD/MM/YYYY]</w:t>
      </w:r>
    </w:p>
    <w:p/>
    <w:p>
      <w:r>
        <w:t>Prepared for: [Customer Name]</w:t>
      </w:r>
    </w:p>
    <w:p>
      <w:r>
        <w:t>[Customer Address] | [Contact Person] | [Customer TRN, if any]</w:t>
      </w:r>
    </w:p>
    <w:p/>
    <w:p>
      <w:r>
        <w:rPr>
          <w:b/>
        </w:rPr>
        <w:t>Items</w:t>
      </w:r>
    </w:p>
    <w:p>
      <w:r>
        <w:t>1. [Description of goods or service] | Qty [ ] | Unit price AED [ ] | Amount AED [ ]</w:t>
      </w:r>
    </w:p>
    <w:p>
      <w:r>
        <w:t>2. [Description of goods or service] | Qty [ ] | Unit price AED [ ] | Amount AED [ ]</w:t>
      </w:r>
    </w:p>
    <w:p>
      <w:r>
        <w:t>3. [Description of goods or service] | Qty [ ] | Unit price AED [ ] | Amount AED [ ]</w:t>
      </w:r>
    </w:p>
    <w:p/>
    <w:p>
      <w:r>
        <w:t>Subtotal (excluding VAT): AED [amount]</w:t>
      </w:r>
    </w:p>
    <w:p>
      <w:r>
        <w:t>VAT at 5%: AED [amount]</w:t>
      </w:r>
    </w:p>
    <w:p>
      <w:r>
        <w:t>Total including VAT: AED [amount]</w:t>
      </w:r>
    </w:p>
    <w:p/>
    <w:p>
      <w:r>
        <w:rPr>
          <w:b/>
        </w:rPr>
        <w:t>Terms</w:t>
      </w:r>
    </w:p>
    <w:p>
      <w:r>
        <w:t>Validity: this quotation is valid until [DD/MM/YYYY].</w:t>
      </w:r>
    </w:p>
    <w:p>
      <w:r>
        <w:t>Payment: [for example 50% on order, 50% on delivery; bank transfer to the account below].</w:t>
      </w:r>
    </w:p>
    <w:p>
      <w:r>
        <w:t>Delivery or completion: [time frame and place].</w:t>
      </w:r>
    </w:p>
    <w:p>
      <w:r>
        <w:t>Exclusions: [anything not included].</w:t>
      </w:r>
    </w:p>
    <w:p>
      <w:r>
        <w:t>This quotation is not a tax invoice. A tax invoice will be issued when the supply is made.</w:t>
      </w:r>
    </w:p>
    <w:p/>
    <w:p>
      <w:r>
        <w:t>Bank details: [Bank Name] | Account name: [Name] | IBAN: [IBAN]</w:t>
      </w:r>
    </w:p>
    <w:p/>
    <w:p>
      <w:r>
        <w:t>Prepared by: [Name, Title] | Signature: [Signature]</w:t>
      </w:r>
    </w:p>
    <w:p/>
    <w:p>
      <w:r>
        <w:rPr>
          <w:b/>
        </w:rPr>
        <w:t>Customer acceptance</w:t>
      </w:r>
    </w:p>
    <w:p>
      <w:r>
        <w:t>We accept this quotation. Name: [Name] | Title: [Title] | Signature and stamp: [ ] | Date: [DD/MM/YYYY]</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