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Tax Credit Note (UAE): Sample</w:t>
      </w:r>
    </w:p>
    <w:p>
      <w:r>
        <w:rPr>
          <w:i/>
        </w:rPr>
        <w:t>Issue a tax credit note when the VAT charged on a tax invoice has to be reduced, for example after a return, a discount or a cancelled supply. The Excel version calculates the difference and the VAT on it.</w:t>
      </w:r>
    </w:p>
    <w:p/>
    <w:p>
      <w:r>
        <w:rPr>
          <w:b/>
        </w:rPr>
        <w:t>TAX CREDIT NOTE</w:t>
      </w:r>
    </w:p>
    <w:p/>
    <w:p>
      <w:r>
        <w:t>Supplier: [Company Name]</w:t>
      </w:r>
    </w:p>
    <w:p>
      <w:r>
        <w:t>[Address]</w:t>
      </w:r>
    </w:p>
    <w:p>
      <w:r>
        <w:t>TRN: [15-digit TRN]</w:t>
      </w:r>
    </w:p>
    <w:p/>
    <w:p>
      <w:r>
        <w:t>Recipient: [Customer Name]</w:t>
      </w:r>
    </w:p>
    <w:p>
      <w:r>
        <w:t>[Address]</w:t>
      </w:r>
    </w:p>
    <w:p>
      <w:r>
        <w:t>Recipient TRN: [15-digit TRN, if registered]</w:t>
      </w:r>
    </w:p>
    <w:p/>
    <w:p>
      <w:r>
        <w:t>Credit note number: [CN-0001] | Date of issue: [DD/MM/YYYY]</w:t>
      </w:r>
    </w:p>
    <w:p>
      <w:r>
        <w:t>Original tax invoice number: [INV-0000] | Original invoice date: [DD/MM/YYYY]</w:t>
      </w:r>
    </w:p>
    <w:p/>
    <w:p>
      <w:r>
        <w:rPr>
          <w:b/>
        </w:rPr>
        <w:t>Adjustment</w:t>
      </w:r>
    </w:p>
    <w:p>
      <w:r>
        <w:t>Value of the supply shown on the tax invoice (excluding VAT): AED [amount]</w:t>
      </w:r>
    </w:p>
    <w:p>
      <w:r>
        <w:t>Correct value of the supply (excluding VAT): AED [amount]</w:t>
      </w:r>
    </w:p>
    <w:p>
      <w:r>
        <w:t>Difference: AED [amount]</w:t>
      </w:r>
    </w:p>
    <w:p>
      <w:r>
        <w:t>VAT at 5% on the difference: AED [amount]</w:t>
      </w:r>
    </w:p>
    <w:p>
      <w:r>
        <w:t>Total credited (difference plus VAT): AED [amount]</w:t>
      </w:r>
    </w:p>
    <w:p/>
    <w:p>
      <w:r>
        <w:t>Reason for the credit note: [brief explanation, for example goods returned on DD/MM/YYYY, agreed discount, cancelled service].</w:t>
      </w:r>
    </w:p>
    <w:p/>
    <w:p>
      <w:r>
        <w:t>Issued by: [Name, Title] | Signature: [Signature]</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